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27ED5C6" w14:textId="79ABE000" w:rsidR="005070B7" w:rsidRPr="00CE6C08" w:rsidRDefault="00000000">
      <w:pPr>
        <w:pStyle w:val="Titre"/>
        <w:rPr>
          <w:rFonts w:asciiTheme="minorHAnsi" w:hAnsiTheme="minorHAnsi"/>
          <w:color w:val="002060"/>
        </w:rPr>
      </w:pPr>
      <w:r w:rsidRPr="00CE6C08">
        <w:rPr>
          <w:rFonts w:asciiTheme="minorHAnsi" w:hAnsiTheme="minorHAnsi"/>
          <w:color w:val="002060"/>
        </w:rPr>
        <w:t xml:space="preserve">Checklist des éléments à fournir pour la </w:t>
      </w:r>
      <w:proofErr w:type="spellStart"/>
      <w:r w:rsidRPr="00CE6C08">
        <w:rPr>
          <w:rFonts w:asciiTheme="minorHAnsi" w:hAnsiTheme="minorHAnsi"/>
          <w:color w:val="002060"/>
        </w:rPr>
        <w:t>création</w:t>
      </w:r>
      <w:proofErr w:type="spellEnd"/>
      <w:r w:rsidRPr="00CE6C08">
        <w:rPr>
          <w:rFonts w:asciiTheme="minorHAnsi" w:hAnsiTheme="minorHAnsi"/>
          <w:color w:val="002060"/>
        </w:rPr>
        <w:t xml:space="preserve"> d</w:t>
      </w:r>
      <w:r w:rsidR="003E4FC6" w:rsidRPr="00CE6C08">
        <w:rPr>
          <w:rFonts w:asciiTheme="minorHAnsi" w:hAnsiTheme="minorHAnsi"/>
          <w:color w:val="002060"/>
        </w:rPr>
        <w:t>u</w:t>
      </w:r>
      <w:r w:rsidRPr="00CE6C08">
        <w:rPr>
          <w:rFonts w:asciiTheme="minorHAnsi" w:hAnsiTheme="minorHAnsi"/>
          <w:color w:val="002060"/>
        </w:rPr>
        <w:t xml:space="preserve"> site web</w:t>
      </w:r>
      <w:r w:rsidR="003E4FC6" w:rsidRPr="00CE6C08">
        <w:rPr>
          <w:rFonts w:asciiTheme="minorHAnsi" w:hAnsiTheme="minorHAnsi"/>
          <w:color w:val="002060"/>
        </w:rPr>
        <w:t xml:space="preserve"> fodane.org</w:t>
      </w:r>
    </w:p>
    <w:p w14:paraId="66DBE81E" w14:textId="77777777" w:rsidR="005070B7" w:rsidRPr="00784F9A" w:rsidRDefault="00000000">
      <w:pPr>
        <w:pStyle w:val="Titre1"/>
        <w:rPr>
          <w:rFonts w:asciiTheme="minorHAnsi" w:hAnsiTheme="minorHAnsi"/>
          <w:color w:val="002060"/>
        </w:rPr>
      </w:pPr>
      <w:r w:rsidRPr="00784F9A">
        <w:rPr>
          <w:rFonts w:asciiTheme="minorHAnsi" w:hAnsiTheme="minorHAnsi"/>
          <w:color w:val="002060"/>
        </w:rPr>
        <w:t xml:space="preserve">1. </w:t>
      </w:r>
      <w:proofErr w:type="spellStart"/>
      <w:r w:rsidRPr="00784F9A">
        <w:rPr>
          <w:rFonts w:asciiTheme="minorHAnsi" w:hAnsiTheme="minorHAnsi"/>
          <w:color w:val="002060"/>
        </w:rPr>
        <w:t>Informations</w:t>
      </w:r>
      <w:proofErr w:type="spellEnd"/>
      <w:r w:rsidRPr="00784F9A">
        <w:rPr>
          <w:rFonts w:asciiTheme="minorHAnsi" w:hAnsiTheme="minorHAnsi"/>
          <w:color w:val="002060"/>
        </w:rPr>
        <w:t xml:space="preserve"> </w:t>
      </w:r>
      <w:proofErr w:type="spellStart"/>
      <w:r w:rsidRPr="00784F9A">
        <w:rPr>
          <w:rFonts w:asciiTheme="minorHAnsi" w:hAnsiTheme="minorHAnsi"/>
          <w:color w:val="002060"/>
        </w:rPr>
        <w:t>stratégiques</w:t>
      </w:r>
      <w:proofErr w:type="spellEnd"/>
    </w:p>
    <w:p w14:paraId="29C6EEF5" w14:textId="084D8485" w:rsidR="00D14895" w:rsidRDefault="00000000" w:rsidP="00D14895">
      <w:pPr>
        <w:pStyle w:val="Paragraphedeliste"/>
        <w:numPr>
          <w:ilvl w:val="0"/>
          <w:numId w:val="10"/>
        </w:numPr>
      </w:pPr>
      <w:r w:rsidRPr="003E4FC6">
        <w:t xml:space="preserve">Nom de </w:t>
      </w:r>
      <w:r w:rsidR="00C766CB">
        <w:t xml:space="preserve">la </w:t>
      </w:r>
      <w:proofErr w:type="spellStart"/>
      <w:r w:rsidR="00C766CB">
        <w:t>fondation</w:t>
      </w:r>
      <w:proofErr w:type="spellEnd"/>
    </w:p>
    <w:p w14:paraId="69BEF16F" w14:textId="77777777" w:rsidR="00D14895" w:rsidRDefault="00000000" w:rsidP="00D14895">
      <w:pPr>
        <w:pStyle w:val="Paragraphedeliste"/>
        <w:numPr>
          <w:ilvl w:val="0"/>
          <w:numId w:val="10"/>
        </w:numPr>
      </w:pPr>
      <w:r w:rsidRPr="003E4FC6">
        <w:t>Slogan / baseline</w:t>
      </w:r>
    </w:p>
    <w:p w14:paraId="4F78FAC0" w14:textId="77777777" w:rsidR="00D14895" w:rsidRDefault="00000000" w:rsidP="00D14895">
      <w:pPr>
        <w:pStyle w:val="Paragraphedeliste"/>
        <w:numPr>
          <w:ilvl w:val="0"/>
          <w:numId w:val="10"/>
        </w:numPr>
      </w:pPr>
      <w:r w:rsidRPr="003E4FC6">
        <w:t>Mission &amp; vision</w:t>
      </w:r>
    </w:p>
    <w:p w14:paraId="5E59D4E5" w14:textId="77777777" w:rsidR="00D14895" w:rsidRDefault="00000000" w:rsidP="00D14895">
      <w:pPr>
        <w:pStyle w:val="Paragraphedeliste"/>
        <w:numPr>
          <w:ilvl w:val="0"/>
          <w:numId w:val="10"/>
        </w:numPr>
      </w:pPr>
      <w:r w:rsidRPr="003E4FC6">
        <w:t>Valeurs de la marque</w:t>
      </w:r>
    </w:p>
    <w:p w14:paraId="3CFBBF70" w14:textId="77777777" w:rsidR="00D14895" w:rsidRDefault="00000000" w:rsidP="00D14895">
      <w:pPr>
        <w:pStyle w:val="Paragraphedeliste"/>
        <w:numPr>
          <w:ilvl w:val="0"/>
          <w:numId w:val="10"/>
        </w:numPr>
      </w:pPr>
      <w:r w:rsidRPr="003E4FC6">
        <w:t xml:space="preserve">Histoire de </w:t>
      </w:r>
      <w:proofErr w:type="spellStart"/>
      <w:r w:rsidRPr="003E4FC6">
        <w:t>l’entreprise</w:t>
      </w:r>
      <w:proofErr w:type="spellEnd"/>
    </w:p>
    <w:p w14:paraId="7699F60B" w14:textId="56A8FA66" w:rsidR="00D14895" w:rsidRDefault="00000000" w:rsidP="00D14895">
      <w:pPr>
        <w:pStyle w:val="Paragraphedeliste"/>
        <w:numPr>
          <w:ilvl w:val="0"/>
          <w:numId w:val="10"/>
        </w:numPr>
      </w:pPr>
      <w:proofErr w:type="spellStart"/>
      <w:r w:rsidRPr="003E4FC6">
        <w:t>Objectifs</w:t>
      </w:r>
      <w:proofErr w:type="spellEnd"/>
      <w:r w:rsidRPr="003E4FC6">
        <w:t xml:space="preserve"> du site web</w:t>
      </w:r>
    </w:p>
    <w:p w14:paraId="5318E718" w14:textId="77777777" w:rsidR="00D14895" w:rsidRDefault="00000000" w:rsidP="00D14895">
      <w:pPr>
        <w:pStyle w:val="Paragraphedeliste"/>
        <w:numPr>
          <w:ilvl w:val="0"/>
          <w:numId w:val="10"/>
        </w:numPr>
      </w:pPr>
      <w:proofErr w:type="spellStart"/>
      <w:r w:rsidRPr="003E4FC6">
        <w:t>Cible</w:t>
      </w:r>
      <w:proofErr w:type="spellEnd"/>
      <w:r w:rsidRPr="003E4FC6">
        <w:t xml:space="preserve"> (</w:t>
      </w:r>
      <w:proofErr w:type="spellStart"/>
      <w:r w:rsidRPr="003E4FC6">
        <w:t>profil</w:t>
      </w:r>
      <w:proofErr w:type="spellEnd"/>
      <w:r w:rsidRPr="003E4FC6">
        <w:t xml:space="preserve"> client)</w:t>
      </w:r>
    </w:p>
    <w:p w14:paraId="17CE6F08" w14:textId="77777777" w:rsidR="00D14895" w:rsidRDefault="00000000" w:rsidP="00D14895">
      <w:pPr>
        <w:pStyle w:val="Paragraphedeliste"/>
        <w:numPr>
          <w:ilvl w:val="0"/>
          <w:numId w:val="10"/>
        </w:numPr>
      </w:pPr>
      <w:proofErr w:type="spellStart"/>
      <w:r w:rsidRPr="003E4FC6">
        <w:t>Positionnement</w:t>
      </w:r>
      <w:proofErr w:type="spellEnd"/>
    </w:p>
    <w:p w14:paraId="1D64A2EA" w14:textId="65153CC7" w:rsidR="005070B7" w:rsidRPr="003E4FC6" w:rsidRDefault="00000000" w:rsidP="00D14895">
      <w:pPr>
        <w:pStyle w:val="Paragraphedeliste"/>
        <w:numPr>
          <w:ilvl w:val="0"/>
          <w:numId w:val="10"/>
        </w:numPr>
      </w:pPr>
      <w:proofErr w:type="spellStart"/>
      <w:r w:rsidRPr="003E4FC6">
        <w:t>Concurrents</w:t>
      </w:r>
      <w:proofErr w:type="spellEnd"/>
      <w:r w:rsidRPr="003E4FC6">
        <w:t xml:space="preserve"> ou inspirations</w:t>
      </w:r>
      <w:r w:rsidR="00F041C1">
        <w:t xml:space="preserve"> (facultative)</w:t>
      </w:r>
    </w:p>
    <w:p w14:paraId="38CAA095" w14:textId="77777777" w:rsidR="005070B7" w:rsidRPr="00CE6C08" w:rsidRDefault="00000000">
      <w:pPr>
        <w:pStyle w:val="Titre1"/>
        <w:rPr>
          <w:rFonts w:asciiTheme="minorHAnsi" w:hAnsiTheme="minorHAnsi"/>
          <w:color w:val="002060"/>
        </w:rPr>
      </w:pPr>
      <w:r w:rsidRPr="00CE6C08">
        <w:rPr>
          <w:rFonts w:asciiTheme="minorHAnsi" w:hAnsiTheme="minorHAnsi"/>
          <w:color w:val="002060"/>
        </w:rPr>
        <w:t>2. Contenu du site</w:t>
      </w:r>
    </w:p>
    <w:p w14:paraId="58D1A845" w14:textId="544D6A38" w:rsidR="00B8434E" w:rsidRDefault="00000000" w:rsidP="00B8434E">
      <w:r w:rsidRPr="003E4FC6">
        <w:t xml:space="preserve">Pages </w:t>
      </w:r>
      <w:proofErr w:type="spellStart"/>
      <w:proofErr w:type="gramStart"/>
      <w:r w:rsidRPr="003E4FC6">
        <w:t>prév</w:t>
      </w:r>
      <w:r w:rsidR="00F041C1">
        <w:t>ues</w:t>
      </w:r>
      <w:proofErr w:type="spellEnd"/>
      <w:r w:rsidR="00F041C1">
        <w:t xml:space="preserve"> </w:t>
      </w:r>
      <w:r w:rsidRPr="003E4FC6">
        <w:t>:</w:t>
      </w:r>
      <w:proofErr w:type="gramEnd"/>
    </w:p>
    <w:p w14:paraId="55D606A7" w14:textId="4EDB9436" w:rsidR="00B8434E" w:rsidRDefault="00000000" w:rsidP="00B8434E">
      <w:pPr>
        <w:pStyle w:val="Paragraphedeliste"/>
        <w:numPr>
          <w:ilvl w:val="0"/>
          <w:numId w:val="12"/>
        </w:numPr>
      </w:pPr>
      <w:proofErr w:type="spellStart"/>
      <w:r w:rsidRPr="003E4FC6">
        <w:t>Accueil</w:t>
      </w:r>
      <w:proofErr w:type="spellEnd"/>
    </w:p>
    <w:p w14:paraId="6BEF5C2E" w14:textId="6689F702" w:rsidR="00B8434E" w:rsidRDefault="00000000" w:rsidP="00B8434E">
      <w:pPr>
        <w:pStyle w:val="Paragraphedeliste"/>
        <w:numPr>
          <w:ilvl w:val="0"/>
          <w:numId w:val="12"/>
        </w:numPr>
      </w:pPr>
      <w:r w:rsidRPr="003E4FC6">
        <w:t xml:space="preserve">À </w:t>
      </w:r>
      <w:proofErr w:type="spellStart"/>
      <w:r w:rsidRPr="003E4FC6">
        <w:t>propos</w:t>
      </w:r>
      <w:proofErr w:type="spellEnd"/>
    </w:p>
    <w:p w14:paraId="0B352B8B" w14:textId="0BE85AC8" w:rsidR="00B8434E" w:rsidRDefault="00F041C1" w:rsidP="00B8434E">
      <w:pPr>
        <w:pStyle w:val="Paragraphedeliste"/>
        <w:numPr>
          <w:ilvl w:val="0"/>
          <w:numId w:val="12"/>
        </w:numPr>
      </w:pPr>
      <w:proofErr w:type="spellStart"/>
      <w:r>
        <w:t>Projets</w:t>
      </w:r>
      <w:proofErr w:type="spellEnd"/>
    </w:p>
    <w:p w14:paraId="18B5590A" w14:textId="65911DE8" w:rsidR="00B8434E" w:rsidRDefault="00000000" w:rsidP="00B8434E">
      <w:pPr>
        <w:pStyle w:val="Paragraphedeliste"/>
        <w:numPr>
          <w:ilvl w:val="0"/>
          <w:numId w:val="12"/>
        </w:numPr>
      </w:pPr>
      <w:r w:rsidRPr="003E4FC6">
        <w:t>Contact</w:t>
      </w:r>
    </w:p>
    <w:p w14:paraId="5BBF49BA" w14:textId="3CFB88A1" w:rsidR="00B8434E" w:rsidRDefault="00000000" w:rsidP="00B8434E">
      <w:pPr>
        <w:pStyle w:val="Paragraphedeliste"/>
        <w:numPr>
          <w:ilvl w:val="0"/>
          <w:numId w:val="12"/>
        </w:numPr>
      </w:pPr>
      <w:r w:rsidRPr="003E4FC6">
        <w:t>FAQ (</w:t>
      </w:r>
      <w:proofErr w:type="spellStart"/>
      <w:r w:rsidRPr="003E4FC6">
        <w:t>optionnel</w:t>
      </w:r>
      <w:proofErr w:type="spellEnd"/>
      <w:r w:rsidRPr="003E4FC6">
        <w:t>)</w:t>
      </w:r>
    </w:p>
    <w:p w14:paraId="3F58C455" w14:textId="2F4C8CF0" w:rsidR="003669A2" w:rsidRDefault="00000000" w:rsidP="00B8434E">
      <w:pPr>
        <w:pStyle w:val="Paragraphedeliste"/>
        <w:numPr>
          <w:ilvl w:val="0"/>
          <w:numId w:val="12"/>
        </w:numPr>
      </w:pPr>
      <w:r w:rsidRPr="003E4FC6">
        <w:t>Blog (</w:t>
      </w:r>
      <w:r w:rsidR="00B8434E">
        <w:t xml:space="preserve">Pour les </w:t>
      </w:r>
      <w:proofErr w:type="spellStart"/>
      <w:r w:rsidR="00B8434E">
        <w:t>Actualités</w:t>
      </w:r>
      <w:proofErr w:type="spellEnd"/>
      <w:r w:rsidRPr="003E4FC6">
        <w:t>)</w:t>
      </w:r>
    </w:p>
    <w:p w14:paraId="4CCB6580" w14:textId="77777777" w:rsidR="00C3774A" w:rsidRDefault="00C3774A" w:rsidP="00C3774A">
      <w:pPr>
        <w:pStyle w:val="Paragraphedeliste"/>
      </w:pPr>
    </w:p>
    <w:p w14:paraId="6894B485" w14:textId="77777777" w:rsidR="003669A2" w:rsidRDefault="00000000" w:rsidP="00C3774A">
      <w:r w:rsidRPr="003E4FC6">
        <w:t xml:space="preserve">Pour </w:t>
      </w:r>
      <w:proofErr w:type="spellStart"/>
      <w:r w:rsidRPr="003E4FC6">
        <w:t>chaque</w:t>
      </w:r>
      <w:proofErr w:type="spellEnd"/>
      <w:r w:rsidRPr="003E4FC6">
        <w:t xml:space="preserve"> </w:t>
      </w:r>
      <w:proofErr w:type="gramStart"/>
      <w:r w:rsidRPr="003E4FC6">
        <w:t>page :</w:t>
      </w:r>
      <w:proofErr w:type="gramEnd"/>
    </w:p>
    <w:p w14:paraId="37FDB485" w14:textId="77777777" w:rsidR="003669A2" w:rsidRDefault="00000000" w:rsidP="003669A2">
      <w:pPr>
        <w:pStyle w:val="Paragraphedeliste"/>
        <w:numPr>
          <w:ilvl w:val="0"/>
          <w:numId w:val="12"/>
        </w:numPr>
      </w:pPr>
      <w:proofErr w:type="spellStart"/>
      <w:r w:rsidRPr="003E4FC6">
        <w:t>Textes</w:t>
      </w:r>
      <w:proofErr w:type="spellEnd"/>
      <w:r w:rsidRPr="003E4FC6">
        <w:t xml:space="preserve"> (ou </w:t>
      </w:r>
      <w:proofErr w:type="spellStart"/>
      <w:r w:rsidRPr="003E4FC6">
        <w:t>brouillons</w:t>
      </w:r>
      <w:proofErr w:type="spellEnd"/>
      <w:r w:rsidRPr="003E4FC6">
        <w:t>)</w:t>
      </w:r>
    </w:p>
    <w:p w14:paraId="09618053" w14:textId="77777777" w:rsidR="003669A2" w:rsidRDefault="00000000" w:rsidP="003669A2">
      <w:pPr>
        <w:pStyle w:val="Paragraphedeliste"/>
        <w:numPr>
          <w:ilvl w:val="0"/>
          <w:numId w:val="12"/>
        </w:numPr>
      </w:pPr>
      <w:proofErr w:type="spellStart"/>
      <w:r w:rsidRPr="003E4FC6">
        <w:t>Titres</w:t>
      </w:r>
      <w:proofErr w:type="spellEnd"/>
      <w:r w:rsidRPr="003E4FC6">
        <w:t xml:space="preserve"> et sous-</w:t>
      </w:r>
      <w:proofErr w:type="spellStart"/>
      <w:r w:rsidRPr="003E4FC6">
        <w:t>titres</w:t>
      </w:r>
      <w:proofErr w:type="spellEnd"/>
    </w:p>
    <w:p w14:paraId="507F4919" w14:textId="61E7818A" w:rsidR="005070B7" w:rsidRPr="003E4FC6" w:rsidRDefault="00000000" w:rsidP="003669A2">
      <w:pPr>
        <w:pStyle w:val="Paragraphedeliste"/>
        <w:numPr>
          <w:ilvl w:val="0"/>
          <w:numId w:val="12"/>
        </w:numPr>
      </w:pPr>
      <w:r w:rsidRPr="003E4FC6">
        <w:t>Call-to-action</w:t>
      </w:r>
    </w:p>
    <w:p w14:paraId="3E241D2C" w14:textId="77777777" w:rsidR="005070B7" w:rsidRPr="00CE6C08" w:rsidRDefault="00000000">
      <w:pPr>
        <w:pStyle w:val="Titre1"/>
        <w:rPr>
          <w:rFonts w:asciiTheme="minorHAnsi" w:hAnsiTheme="minorHAnsi"/>
          <w:color w:val="002060"/>
        </w:rPr>
      </w:pPr>
      <w:r w:rsidRPr="00CE6C08">
        <w:rPr>
          <w:rFonts w:asciiTheme="minorHAnsi" w:hAnsiTheme="minorHAnsi"/>
          <w:color w:val="002060"/>
        </w:rPr>
        <w:t xml:space="preserve">3. </w:t>
      </w:r>
      <w:proofErr w:type="spellStart"/>
      <w:r w:rsidRPr="00CE6C08">
        <w:rPr>
          <w:rFonts w:asciiTheme="minorHAnsi" w:hAnsiTheme="minorHAnsi"/>
          <w:color w:val="002060"/>
        </w:rPr>
        <w:t>Identité</w:t>
      </w:r>
      <w:proofErr w:type="spellEnd"/>
      <w:r w:rsidRPr="00CE6C08">
        <w:rPr>
          <w:rFonts w:asciiTheme="minorHAnsi" w:hAnsiTheme="minorHAnsi"/>
          <w:color w:val="002060"/>
        </w:rPr>
        <w:t xml:space="preserve"> </w:t>
      </w:r>
      <w:proofErr w:type="spellStart"/>
      <w:r w:rsidRPr="00CE6C08">
        <w:rPr>
          <w:rFonts w:asciiTheme="minorHAnsi" w:hAnsiTheme="minorHAnsi"/>
          <w:color w:val="002060"/>
        </w:rPr>
        <w:t>visuelle</w:t>
      </w:r>
      <w:proofErr w:type="spellEnd"/>
    </w:p>
    <w:p w14:paraId="070497D1" w14:textId="77777777" w:rsidR="001851ED" w:rsidRDefault="00000000" w:rsidP="001851ED">
      <w:pPr>
        <w:pStyle w:val="Paragraphedeliste"/>
        <w:numPr>
          <w:ilvl w:val="0"/>
          <w:numId w:val="14"/>
        </w:numPr>
      </w:pPr>
      <w:r w:rsidRPr="003E4FC6">
        <w:t>Logo (</w:t>
      </w:r>
      <w:proofErr w:type="gramStart"/>
      <w:r w:rsidRPr="003E4FC6">
        <w:t>HD :</w:t>
      </w:r>
      <w:proofErr w:type="gramEnd"/>
      <w:r w:rsidRPr="003E4FC6">
        <w:t xml:space="preserve"> PNG, SVG)</w:t>
      </w:r>
    </w:p>
    <w:p w14:paraId="32EC5A3B" w14:textId="77777777" w:rsidR="001851ED" w:rsidRDefault="00000000" w:rsidP="001851ED">
      <w:pPr>
        <w:pStyle w:val="Paragraphedeliste"/>
        <w:numPr>
          <w:ilvl w:val="0"/>
          <w:numId w:val="14"/>
        </w:numPr>
      </w:pPr>
      <w:r w:rsidRPr="003E4FC6">
        <w:t>Couleurs principales</w:t>
      </w:r>
    </w:p>
    <w:p w14:paraId="3AE22E9C" w14:textId="77777777" w:rsidR="001851ED" w:rsidRDefault="00000000" w:rsidP="001851ED">
      <w:pPr>
        <w:pStyle w:val="Paragraphedeliste"/>
        <w:numPr>
          <w:ilvl w:val="0"/>
          <w:numId w:val="14"/>
        </w:numPr>
      </w:pPr>
      <w:r w:rsidRPr="003E4FC6">
        <w:t>Typographies</w:t>
      </w:r>
    </w:p>
    <w:p w14:paraId="4282DC09" w14:textId="77777777" w:rsidR="001851ED" w:rsidRDefault="00000000" w:rsidP="001851ED">
      <w:pPr>
        <w:pStyle w:val="Paragraphedeliste"/>
        <w:numPr>
          <w:ilvl w:val="0"/>
          <w:numId w:val="14"/>
        </w:numPr>
      </w:pPr>
      <w:proofErr w:type="spellStart"/>
      <w:r w:rsidRPr="003E4FC6">
        <w:t>Charte</w:t>
      </w:r>
      <w:proofErr w:type="spellEnd"/>
      <w:r w:rsidRPr="003E4FC6">
        <w:t xml:space="preserve"> </w:t>
      </w:r>
      <w:proofErr w:type="spellStart"/>
      <w:r w:rsidRPr="003E4FC6">
        <w:t>graphique</w:t>
      </w:r>
      <w:proofErr w:type="spellEnd"/>
      <w:r w:rsidRPr="003E4FC6">
        <w:t xml:space="preserve"> (</w:t>
      </w:r>
      <w:proofErr w:type="spellStart"/>
      <w:r w:rsidRPr="003E4FC6">
        <w:t>si</w:t>
      </w:r>
      <w:proofErr w:type="spellEnd"/>
      <w:r w:rsidRPr="003E4FC6">
        <w:t xml:space="preserve"> disponible)</w:t>
      </w:r>
    </w:p>
    <w:p w14:paraId="0A7FF9B4" w14:textId="33684D51" w:rsidR="005070B7" w:rsidRPr="003E4FC6" w:rsidRDefault="00000000" w:rsidP="001851ED">
      <w:pPr>
        <w:pStyle w:val="Paragraphedeliste"/>
        <w:numPr>
          <w:ilvl w:val="0"/>
          <w:numId w:val="14"/>
        </w:numPr>
      </w:pPr>
      <w:r w:rsidRPr="003E4FC6">
        <w:t xml:space="preserve">Inspirations </w:t>
      </w:r>
      <w:proofErr w:type="spellStart"/>
      <w:r w:rsidRPr="003E4FC6">
        <w:t>visuelles</w:t>
      </w:r>
      <w:proofErr w:type="spellEnd"/>
      <w:r w:rsidR="00237D89">
        <w:t xml:space="preserve"> (facultative)</w:t>
      </w:r>
    </w:p>
    <w:p w14:paraId="6A9B2443" w14:textId="77777777" w:rsidR="005070B7" w:rsidRPr="00CE6C08" w:rsidRDefault="00000000">
      <w:pPr>
        <w:pStyle w:val="Titre1"/>
        <w:rPr>
          <w:rFonts w:asciiTheme="minorHAnsi" w:hAnsiTheme="minorHAnsi"/>
          <w:color w:val="002060"/>
        </w:rPr>
      </w:pPr>
      <w:r w:rsidRPr="00CE6C08">
        <w:rPr>
          <w:rFonts w:asciiTheme="minorHAnsi" w:hAnsiTheme="minorHAnsi"/>
          <w:color w:val="002060"/>
        </w:rPr>
        <w:lastRenderedPageBreak/>
        <w:t>4. Médias</w:t>
      </w:r>
    </w:p>
    <w:p w14:paraId="3AD11ABC" w14:textId="77777777" w:rsidR="00237D89" w:rsidRDefault="00000000" w:rsidP="00237D89">
      <w:pPr>
        <w:pStyle w:val="Paragraphedeliste"/>
        <w:numPr>
          <w:ilvl w:val="0"/>
          <w:numId w:val="15"/>
        </w:numPr>
      </w:pPr>
      <w:r w:rsidRPr="003E4FC6">
        <w:t xml:space="preserve">Photos de </w:t>
      </w:r>
      <w:proofErr w:type="spellStart"/>
      <w:r w:rsidRPr="003E4FC6">
        <w:t>l’équip</w:t>
      </w:r>
      <w:r w:rsidR="00237D89">
        <w:t>e</w:t>
      </w:r>
      <w:proofErr w:type="spellEnd"/>
    </w:p>
    <w:p w14:paraId="7B443518" w14:textId="1E55EDF6" w:rsidR="00237D89" w:rsidRDefault="00000000" w:rsidP="00237D89">
      <w:pPr>
        <w:pStyle w:val="Paragraphedeliste"/>
        <w:numPr>
          <w:ilvl w:val="0"/>
          <w:numId w:val="15"/>
        </w:numPr>
      </w:pPr>
      <w:r w:rsidRPr="003E4FC6">
        <w:t xml:space="preserve">Photos des </w:t>
      </w:r>
      <w:proofErr w:type="spellStart"/>
      <w:r w:rsidRPr="003E4FC6">
        <w:t>produits</w:t>
      </w:r>
      <w:proofErr w:type="spellEnd"/>
      <w:r w:rsidRPr="003E4FC6">
        <w:t>/services</w:t>
      </w:r>
      <w:r w:rsidR="00421726">
        <w:t>/</w:t>
      </w:r>
      <w:proofErr w:type="spellStart"/>
      <w:r w:rsidR="00421726">
        <w:t>projets</w:t>
      </w:r>
      <w:proofErr w:type="spellEnd"/>
    </w:p>
    <w:p w14:paraId="205B0A7C" w14:textId="77777777" w:rsidR="00237D89" w:rsidRDefault="00000000" w:rsidP="00237D89">
      <w:pPr>
        <w:pStyle w:val="Paragraphedeliste"/>
        <w:numPr>
          <w:ilvl w:val="0"/>
          <w:numId w:val="15"/>
        </w:numPr>
      </w:pPr>
      <w:proofErr w:type="spellStart"/>
      <w:r w:rsidRPr="003E4FC6">
        <w:t>Vidéos</w:t>
      </w:r>
      <w:proofErr w:type="spellEnd"/>
      <w:r w:rsidRPr="003E4FC6">
        <w:t xml:space="preserve"> (</w:t>
      </w:r>
      <w:proofErr w:type="spellStart"/>
      <w:r w:rsidRPr="003E4FC6">
        <w:t>si</w:t>
      </w:r>
      <w:proofErr w:type="spellEnd"/>
      <w:r w:rsidRPr="003E4FC6">
        <w:t xml:space="preserve"> </w:t>
      </w:r>
      <w:proofErr w:type="spellStart"/>
      <w:r w:rsidRPr="003E4FC6">
        <w:t>disponibles</w:t>
      </w:r>
      <w:proofErr w:type="spellEnd"/>
      <w:r w:rsidRPr="003E4FC6">
        <w:t>)</w:t>
      </w:r>
    </w:p>
    <w:p w14:paraId="4F33A61E" w14:textId="77777777" w:rsidR="00237D89" w:rsidRDefault="00000000" w:rsidP="00237D89">
      <w:pPr>
        <w:pStyle w:val="Paragraphedeliste"/>
        <w:numPr>
          <w:ilvl w:val="0"/>
          <w:numId w:val="15"/>
        </w:numPr>
      </w:pPr>
      <w:proofErr w:type="spellStart"/>
      <w:r w:rsidRPr="003E4FC6">
        <w:t>Icônes</w:t>
      </w:r>
      <w:proofErr w:type="spellEnd"/>
      <w:r w:rsidRPr="003E4FC6">
        <w:t xml:space="preserve"> / illustrations</w:t>
      </w:r>
    </w:p>
    <w:p w14:paraId="5CCB0F2E" w14:textId="04DE145B" w:rsidR="005070B7" w:rsidRPr="003E4FC6" w:rsidRDefault="00000000" w:rsidP="00237D89">
      <w:pPr>
        <w:pStyle w:val="Paragraphedeliste"/>
        <w:numPr>
          <w:ilvl w:val="0"/>
          <w:numId w:val="15"/>
        </w:numPr>
      </w:pPr>
      <w:proofErr w:type="spellStart"/>
      <w:r w:rsidRPr="003E4FC6">
        <w:t>Témoignages</w:t>
      </w:r>
      <w:proofErr w:type="spellEnd"/>
      <w:r w:rsidRPr="003E4FC6">
        <w:t xml:space="preserve"> clients</w:t>
      </w:r>
      <w:r w:rsidR="00421726">
        <w:t>/</w:t>
      </w:r>
      <w:proofErr w:type="spellStart"/>
      <w:r w:rsidR="00421726">
        <w:t>partenaires</w:t>
      </w:r>
      <w:proofErr w:type="spellEnd"/>
      <w:r w:rsidR="00421726">
        <w:t>/etc.</w:t>
      </w:r>
    </w:p>
    <w:p w14:paraId="751246AD" w14:textId="77777777" w:rsidR="005070B7" w:rsidRPr="00CE6C08" w:rsidRDefault="00000000">
      <w:pPr>
        <w:pStyle w:val="Titre1"/>
        <w:rPr>
          <w:rFonts w:asciiTheme="minorHAnsi" w:hAnsiTheme="minorHAnsi"/>
          <w:color w:val="002060"/>
        </w:rPr>
      </w:pPr>
      <w:r w:rsidRPr="00CE6C08">
        <w:rPr>
          <w:rFonts w:asciiTheme="minorHAnsi" w:hAnsiTheme="minorHAnsi"/>
          <w:color w:val="002060"/>
        </w:rPr>
        <w:t>5. Informations techniques</w:t>
      </w:r>
    </w:p>
    <w:p w14:paraId="2EBDEDE3" w14:textId="3F6AAA04" w:rsidR="00317EC8" w:rsidRDefault="00000000" w:rsidP="00421726">
      <w:pPr>
        <w:pStyle w:val="Paragraphedeliste"/>
        <w:numPr>
          <w:ilvl w:val="0"/>
          <w:numId w:val="16"/>
        </w:numPr>
      </w:pPr>
      <w:r w:rsidRPr="003E4FC6">
        <w:t xml:space="preserve">Nom de </w:t>
      </w:r>
      <w:proofErr w:type="spellStart"/>
      <w:r w:rsidRPr="003E4FC6">
        <w:t>domaine</w:t>
      </w:r>
      <w:proofErr w:type="spellEnd"/>
      <w:r w:rsidR="00073505">
        <w:t xml:space="preserve"> (</w:t>
      </w:r>
      <w:hyperlink r:id="rId6" w:history="1">
        <w:r w:rsidR="00073505" w:rsidRPr="00584C70">
          <w:rPr>
            <w:rStyle w:val="Lienhypertexte"/>
          </w:rPr>
          <w:t>www.fodane.</w:t>
        </w:r>
        <w:r w:rsidR="00073505" w:rsidRPr="00584C70">
          <w:rPr>
            <w:rStyle w:val="Lienhypertexte"/>
          </w:rPr>
          <w:t>o</w:t>
        </w:r>
        <w:r w:rsidR="00073505" w:rsidRPr="00584C70">
          <w:rPr>
            <w:rStyle w:val="Lienhypertexte"/>
          </w:rPr>
          <w:t>rg</w:t>
        </w:r>
      </w:hyperlink>
      <w:r w:rsidR="00073505">
        <w:t xml:space="preserve"> OK)</w:t>
      </w:r>
    </w:p>
    <w:p w14:paraId="71EB85F0" w14:textId="034D9053" w:rsidR="00317EC8" w:rsidRDefault="00000000" w:rsidP="00421726">
      <w:pPr>
        <w:pStyle w:val="Paragraphedeliste"/>
        <w:numPr>
          <w:ilvl w:val="0"/>
          <w:numId w:val="16"/>
        </w:numPr>
      </w:pPr>
      <w:proofErr w:type="spellStart"/>
      <w:r w:rsidRPr="003E4FC6">
        <w:t>Hébergement</w:t>
      </w:r>
      <w:proofErr w:type="spellEnd"/>
      <w:r w:rsidRPr="003E4FC6">
        <w:t xml:space="preserve"> (</w:t>
      </w:r>
      <w:r w:rsidR="00073505">
        <w:t xml:space="preserve">1 an </w:t>
      </w:r>
      <w:proofErr w:type="spellStart"/>
      <w:r w:rsidR="00073505">
        <w:t>Géré</w:t>
      </w:r>
      <w:proofErr w:type="spellEnd"/>
      <w:r w:rsidR="00073505">
        <w:t xml:space="preserve"> OK</w:t>
      </w:r>
      <w:r w:rsidRPr="003E4FC6">
        <w:t>)</w:t>
      </w:r>
    </w:p>
    <w:p w14:paraId="3AB19814" w14:textId="5859A431" w:rsidR="00317EC8" w:rsidRDefault="00000000" w:rsidP="00421726">
      <w:pPr>
        <w:pStyle w:val="Paragraphedeliste"/>
        <w:numPr>
          <w:ilvl w:val="0"/>
          <w:numId w:val="16"/>
        </w:numPr>
      </w:pPr>
      <w:r w:rsidRPr="003E4FC6">
        <w:t xml:space="preserve">Emails </w:t>
      </w:r>
      <w:proofErr w:type="spellStart"/>
      <w:r w:rsidRPr="003E4FC6">
        <w:t>professionnels</w:t>
      </w:r>
      <w:proofErr w:type="spellEnd"/>
      <w:r w:rsidR="006D71A8">
        <w:t xml:space="preserve"> (contact.fodane.org</w:t>
      </w:r>
      <w:r w:rsidR="00073505">
        <w:t xml:space="preserve"> &amp; info.fodane.org OK</w:t>
      </w:r>
      <w:r w:rsidR="006D71A8">
        <w:t>)</w:t>
      </w:r>
    </w:p>
    <w:p w14:paraId="592E5B6C" w14:textId="05394580" w:rsidR="005070B7" w:rsidRPr="003E4FC6" w:rsidRDefault="00000000" w:rsidP="00362C05">
      <w:pPr>
        <w:pStyle w:val="Paragraphedeliste"/>
        <w:numPr>
          <w:ilvl w:val="0"/>
          <w:numId w:val="16"/>
        </w:numPr>
      </w:pPr>
      <w:proofErr w:type="gramStart"/>
      <w:r w:rsidRPr="003E4FC6">
        <w:t>Liens</w:t>
      </w:r>
      <w:proofErr w:type="gramEnd"/>
      <w:r w:rsidRPr="003E4FC6">
        <w:t xml:space="preserve"> réseaux </w:t>
      </w:r>
      <w:proofErr w:type="spellStart"/>
      <w:r w:rsidRPr="003E4FC6">
        <w:t>sociaux</w:t>
      </w:r>
      <w:proofErr w:type="spellEnd"/>
    </w:p>
    <w:p w14:paraId="036BBBDF" w14:textId="3D9C2E8B" w:rsidR="005070B7" w:rsidRPr="00CE6C08" w:rsidRDefault="00813DB8">
      <w:pPr>
        <w:pStyle w:val="Titre1"/>
        <w:rPr>
          <w:rFonts w:asciiTheme="minorHAnsi" w:hAnsiTheme="minorHAnsi"/>
          <w:color w:val="002060"/>
        </w:rPr>
      </w:pPr>
      <w:r w:rsidRPr="00CE6C08">
        <w:rPr>
          <w:rFonts w:asciiTheme="minorHAnsi" w:hAnsiTheme="minorHAnsi"/>
          <w:color w:val="002060"/>
        </w:rPr>
        <w:t>6</w:t>
      </w:r>
      <w:r w:rsidR="00000000" w:rsidRPr="00CE6C08">
        <w:rPr>
          <w:rFonts w:asciiTheme="minorHAnsi" w:hAnsiTheme="minorHAnsi"/>
          <w:color w:val="002060"/>
        </w:rPr>
        <w:t>. Informations légales</w:t>
      </w:r>
    </w:p>
    <w:p w14:paraId="43EFDCC1" w14:textId="77777777" w:rsidR="00813DB8" w:rsidRDefault="00000000" w:rsidP="00813DB8">
      <w:pPr>
        <w:pStyle w:val="Paragraphedeliste"/>
        <w:numPr>
          <w:ilvl w:val="1"/>
          <w:numId w:val="17"/>
        </w:numPr>
      </w:pPr>
      <w:r w:rsidRPr="003E4FC6">
        <w:t xml:space="preserve">Mentions </w:t>
      </w:r>
      <w:proofErr w:type="spellStart"/>
      <w:r w:rsidRPr="003E4FC6">
        <w:t>légales</w:t>
      </w:r>
      <w:proofErr w:type="spellEnd"/>
    </w:p>
    <w:p w14:paraId="068991CD" w14:textId="77777777" w:rsidR="00813DB8" w:rsidRDefault="00000000" w:rsidP="00813DB8">
      <w:pPr>
        <w:pStyle w:val="Paragraphedeliste"/>
        <w:numPr>
          <w:ilvl w:val="1"/>
          <w:numId w:val="17"/>
        </w:numPr>
      </w:pPr>
      <w:r w:rsidRPr="003E4FC6">
        <w:t xml:space="preserve">Politique de </w:t>
      </w:r>
      <w:proofErr w:type="spellStart"/>
      <w:r w:rsidRPr="003E4FC6">
        <w:t>confidentialité</w:t>
      </w:r>
      <w:proofErr w:type="spellEnd"/>
    </w:p>
    <w:p w14:paraId="070B9B76" w14:textId="77777777" w:rsidR="00813DB8" w:rsidRDefault="00000000" w:rsidP="00813DB8">
      <w:pPr>
        <w:pStyle w:val="Paragraphedeliste"/>
        <w:numPr>
          <w:ilvl w:val="1"/>
          <w:numId w:val="17"/>
        </w:numPr>
      </w:pPr>
      <w:r w:rsidRPr="003E4FC6">
        <w:t xml:space="preserve">Conditions </w:t>
      </w:r>
      <w:proofErr w:type="spellStart"/>
      <w:r w:rsidRPr="003E4FC6">
        <w:t>générales</w:t>
      </w:r>
      <w:proofErr w:type="spellEnd"/>
    </w:p>
    <w:p w14:paraId="11FBFA72" w14:textId="63567677" w:rsidR="00813DB8" w:rsidRPr="003E4FC6" w:rsidRDefault="00000000" w:rsidP="00813DB8">
      <w:pPr>
        <w:pStyle w:val="Paragraphedeliste"/>
        <w:numPr>
          <w:ilvl w:val="1"/>
          <w:numId w:val="17"/>
        </w:numPr>
      </w:pPr>
      <w:proofErr w:type="spellStart"/>
      <w:r w:rsidRPr="003E4FC6">
        <w:t>Adresse</w:t>
      </w:r>
      <w:proofErr w:type="spellEnd"/>
      <w:r w:rsidRPr="003E4FC6">
        <w:t xml:space="preserve"> physique</w:t>
      </w:r>
    </w:p>
    <w:p w14:paraId="0AC3A72E" w14:textId="61A29552" w:rsidR="005070B7" w:rsidRPr="003E4FC6" w:rsidRDefault="005070B7"/>
    <w:sectPr w:rsidR="005070B7" w:rsidRPr="003E4FC6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enumros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enumros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epuces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epuces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enumro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epuce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14A47A1F"/>
    <w:multiLevelType w:val="hybridMultilevel"/>
    <w:tmpl w:val="ABB27DAE"/>
    <w:lvl w:ilvl="0" w:tplc="040C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4C47021"/>
    <w:multiLevelType w:val="hybridMultilevel"/>
    <w:tmpl w:val="CAB2CC86"/>
    <w:lvl w:ilvl="0" w:tplc="040C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A3840BF"/>
    <w:multiLevelType w:val="hybridMultilevel"/>
    <w:tmpl w:val="2054B82C"/>
    <w:lvl w:ilvl="0" w:tplc="040C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C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5476C02"/>
    <w:multiLevelType w:val="hybridMultilevel"/>
    <w:tmpl w:val="84260C0C"/>
    <w:lvl w:ilvl="0" w:tplc="040C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8A348FFA">
      <w:numFmt w:val="bullet"/>
      <w:lvlText w:val="-"/>
      <w:lvlJc w:val="left"/>
      <w:pPr>
        <w:ind w:left="1440" w:hanging="360"/>
      </w:pPr>
      <w:rPr>
        <w:rFonts w:ascii="Cambria" w:eastAsiaTheme="minorEastAsia" w:hAnsi="Cambria" w:cstheme="minorBidi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2ED69DC"/>
    <w:multiLevelType w:val="hybridMultilevel"/>
    <w:tmpl w:val="E6F6298E"/>
    <w:lvl w:ilvl="0" w:tplc="040C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45E15CC"/>
    <w:multiLevelType w:val="hybridMultilevel"/>
    <w:tmpl w:val="B2E206B2"/>
    <w:lvl w:ilvl="0" w:tplc="040C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CE1264C"/>
    <w:multiLevelType w:val="hybridMultilevel"/>
    <w:tmpl w:val="1D2A5F9C"/>
    <w:lvl w:ilvl="0" w:tplc="835CF792">
      <w:numFmt w:val="bullet"/>
      <w:lvlText w:val="-"/>
      <w:lvlJc w:val="left"/>
      <w:pPr>
        <w:ind w:left="720" w:hanging="360"/>
      </w:pPr>
      <w:rPr>
        <w:rFonts w:ascii="Cambria" w:eastAsiaTheme="minorEastAsia" w:hAnsi="Cambria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CF5190F"/>
    <w:multiLevelType w:val="hybridMultilevel"/>
    <w:tmpl w:val="1D4C7372"/>
    <w:lvl w:ilvl="0" w:tplc="040C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39716474">
    <w:abstractNumId w:val="8"/>
  </w:num>
  <w:num w:numId="2" w16cid:durableId="524516173">
    <w:abstractNumId w:val="6"/>
  </w:num>
  <w:num w:numId="3" w16cid:durableId="1740590260">
    <w:abstractNumId w:val="5"/>
  </w:num>
  <w:num w:numId="4" w16cid:durableId="836110861">
    <w:abstractNumId w:val="4"/>
  </w:num>
  <w:num w:numId="5" w16cid:durableId="1181552239">
    <w:abstractNumId w:val="7"/>
  </w:num>
  <w:num w:numId="6" w16cid:durableId="1864396741">
    <w:abstractNumId w:val="3"/>
  </w:num>
  <w:num w:numId="7" w16cid:durableId="911308358">
    <w:abstractNumId w:val="2"/>
  </w:num>
  <w:num w:numId="8" w16cid:durableId="275020067">
    <w:abstractNumId w:val="1"/>
  </w:num>
  <w:num w:numId="9" w16cid:durableId="1788936617">
    <w:abstractNumId w:val="0"/>
  </w:num>
  <w:num w:numId="10" w16cid:durableId="448284999">
    <w:abstractNumId w:val="13"/>
  </w:num>
  <w:num w:numId="11" w16cid:durableId="1466700795">
    <w:abstractNumId w:val="15"/>
  </w:num>
  <w:num w:numId="12" w16cid:durableId="1586262790">
    <w:abstractNumId w:val="14"/>
  </w:num>
  <w:num w:numId="13" w16cid:durableId="891845103">
    <w:abstractNumId w:val="9"/>
  </w:num>
  <w:num w:numId="14" w16cid:durableId="2112048440">
    <w:abstractNumId w:val="10"/>
  </w:num>
  <w:num w:numId="15" w16cid:durableId="1410614209">
    <w:abstractNumId w:val="16"/>
  </w:num>
  <w:num w:numId="16" w16cid:durableId="990869290">
    <w:abstractNumId w:val="12"/>
  </w:num>
  <w:num w:numId="17" w16cid:durableId="310790129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073505"/>
    <w:rsid w:val="0015074B"/>
    <w:rsid w:val="001851ED"/>
    <w:rsid w:val="00237D89"/>
    <w:rsid w:val="0029639D"/>
    <w:rsid w:val="00317EC8"/>
    <w:rsid w:val="00320D2C"/>
    <w:rsid w:val="00326F90"/>
    <w:rsid w:val="00362C05"/>
    <w:rsid w:val="003669A2"/>
    <w:rsid w:val="003E4FC6"/>
    <w:rsid w:val="00421726"/>
    <w:rsid w:val="005070B7"/>
    <w:rsid w:val="006D71A8"/>
    <w:rsid w:val="00784F9A"/>
    <w:rsid w:val="00813DB8"/>
    <w:rsid w:val="00A43829"/>
    <w:rsid w:val="00AA1D8D"/>
    <w:rsid w:val="00B47730"/>
    <w:rsid w:val="00B8434E"/>
    <w:rsid w:val="00C3774A"/>
    <w:rsid w:val="00C766CB"/>
    <w:rsid w:val="00CB0664"/>
    <w:rsid w:val="00CE6C08"/>
    <w:rsid w:val="00D14895"/>
    <w:rsid w:val="00F041C1"/>
    <w:rsid w:val="00F665BC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0AE1775B"/>
  <w14:defaultImageDpi w14:val="300"/>
  <w15:docId w15:val="{3643B36A-08B8-4C17-B2A0-3AE84A56FC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Titre1">
    <w:name w:val="heading 1"/>
    <w:basedOn w:val="Normal"/>
    <w:next w:val="Normal"/>
    <w:link w:val="Titre1C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itre3">
    <w:name w:val="heading 3"/>
    <w:basedOn w:val="Normal"/>
    <w:next w:val="Normal"/>
    <w:link w:val="Titre3C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E618BF"/>
  </w:style>
  <w:style w:type="paragraph" w:styleId="Pieddepage">
    <w:name w:val="footer"/>
    <w:basedOn w:val="Normal"/>
    <w:link w:val="Pieddepage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E618BF"/>
  </w:style>
  <w:style w:type="paragraph" w:styleId="Sansinterligne">
    <w:name w:val="No Spacing"/>
    <w:uiPriority w:val="1"/>
    <w:qFormat/>
    <w:rsid w:val="00FC693F"/>
    <w:pPr>
      <w:spacing w:after="0" w:line="240" w:lineRule="auto"/>
    </w:pPr>
  </w:style>
  <w:style w:type="character" w:customStyle="1" w:styleId="Titre1Car">
    <w:name w:val="Titre 1 Car"/>
    <w:basedOn w:val="Policepardfaut"/>
    <w:link w:val="Titre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itre2Car">
    <w:name w:val="Titre 2 Car"/>
    <w:basedOn w:val="Policepardfaut"/>
    <w:link w:val="Titre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itre3Car">
    <w:name w:val="Titre 3 Car"/>
    <w:basedOn w:val="Policepardfaut"/>
    <w:link w:val="Titre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re">
    <w:name w:val="Title"/>
    <w:basedOn w:val="Normal"/>
    <w:next w:val="Normal"/>
    <w:link w:val="TitreC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reCar">
    <w:name w:val="Titre Car"/>
    <w:basedOn w:val="Policepardfaut"/>
    <w:link w:val="Titr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ous-titreCar">
    <w:name w:val="Sous-titre Car"/>
    <w:basedOn w:val="Policepardfaut"/>
    <w:link w:val="Sous-titr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Paragraphedeliste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Corpsdetexte">
    <w:name w:val="Body Text"/>
    <w:basedOn w:val="Normal"/>
    <w:link w:val="CorpsdetexteCar"/>
    <w:uiPriority w:val="99"/>
    <w:unhideWhenUsed/>
    <w:rsid w:val="00AA1D8D"/>
    <w:pPr>
      <w:spacing w:after="120"/>
    </w:pPr>
  </w:style>
  <w:style w:type="character" w:customStyle="1" w:styleId="CorpsdetexteCar">
    <w:name w:val="Corps de texte Car"/>
    <w:basedOn w:val="Policepardfaut"/>
    <w:link w:val="Corpsdetexte"/>
    <w:uiPriority w:val="99"/>
    <w:rsid w:val="00AA1D8D"/>
  </w:style>
  <w:style w:type="paragraph" w:styleId="Corpsdetexte2">
    <w:name w:val="Body Text 2"/>
    <w:basedOn w:val="Normal"/>
    <w:link w:val="Corpsdetexte2Car"/>
    <w:uiPriority w:val="99"/>
    <w:unhideWhenUsed/>
    <w:rsid w:val="00AA1D8D"/>
    <w:pPr>
      <w:spacing w:after="120" w:line="480" w:lineRule="auto"/>
    </w:pPr>
  </w:style>
  <w:style w:type="character" w:customStyle="1" w:styleId="Corpsdetexte2Car">
    <w:name w:val="Corps de texte 2 Car"/>
    <w:basedOn w:val="Policepardfaut"/>
    <w:link w:val="Corpsdetexte2"/>
    <w:uiPriority w:val="99"/>
    <w:rsid w:val="00AA1D8D"/>
  </w:style>
  <w:style w:type="paragraph" w:styleId="Corpsdetexte3">
    <w:name w:val="Body Text 3"/>
    <w:basedOn w:val="Normal"/>
    <w:link w:val="Corpsdetexte3C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Corpsdetexte3Car">
    <w:name w:val="Corps de texte 3 Car"/>
    <w:basedOn w:val="Policepardfaut"/>
    <w:link w:val="Corpsdetexte3"/>
    <w:uiPriority w:val="99"/>
    <w:rsid w:val="00AA1D8D"/>
    <w:rPr>
      <w:sz w:val="16"/>
      <w:szCs w:val="16"/>
    </w:rPr>
  </w:style>
  <w:style w:type="paragraph" w:styleId="Liste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e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e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epuces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epuces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epuces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enumros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enumros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enumros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e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e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e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Textedemacro">
    <w:name w:val="macro"/>
    <w:link w:val="TextedemacroC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xtedemacroCar">
    <w:name w:val="Texte de macro Car"/>
    <w:basedOn w:val="Policepardfaut"/>
    <w:link w:val="Textedemacro"/>
    <w:uiPriority w:val="99"/>
    <w:rsid w:val="0029639D"/>
    <w:rPr>
      <w:rFonts w:ascii="Courier" w:hAnsi="Courier"/>
      <w:sz w:val="20"/>
      <w:szCs w:val="20"/>
    </w:rPr>
  </w:style>
  <w:style w:type="paragraph" w:styleId="Citation">
    <w:name w:val="Quote"/>
    <w:basedOn w:val="Normal"/>
    <w:next w:val="Normal"/>
    <w:link w:val="CitationCar"/>
    <w:uiPriority w:val="29"/>
    <w:qFormat/>
    <w:rsid w:val="00FC693F"/>
    <w:rPr>
      <w:i/>
      <w:iCs/>
      <w:color w:val="000000" w:themeColor="text1"/>
    </w:rPr>
  </w:style>
  <w:style w:type="character" w:customStyle="1" w:styleId="CitationCar">
    <w:name w:val="Citation Car"/>
    <w:basedOn w:val="Policepardfaut"/>
    <w:link w:val="Citation"/>
    <w:uiPriority w:val="29"/>
    <w:rsid w:val="00FC693F"/>
    <w:rPr>
      <w:i/>
      <w:iCs/>
      <w:color w:val="000000" w:themeColor="text1"/>
    </w:rPr>
  </w:style>
  <w:style w:type="character" w:customStyle="1" w:styleId="Titre4Car">
    <w:name w:val="Titre 4 Car"/>
    <w:basedOn w:val="Policepardfaut"/>
    <w:link w:val="Titre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itre5Car">
    <w:name w:val="Titre 5 Car"/>
    <w:basedOn w:val="Policepardfaut"/>
    <w:link w:val="Titre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itre6Car">
    <w:name w:val="Titre 6 Car"/>
    <w:basedOn w:val="Policepardfaut"/>
    <w:link w:val="Titre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itre7Car">
    <w:name w:val="Titre 7 Car"/>
    <w:basedOn w:val="Policepardfaut"/>
    <w:link w:val="Titre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itre8Car">
    <w:name w:val="Titre 8 Car"/>
    <w:basedOn w:val="Policepardfaut"/>
    <w:link w:val="Titre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Titre9Car">
    <w:name w:val="Titre 9 Car"/>
    <w:basedOn w:val="Policepardfaut"/>
    <w:link w:val="Titre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Lgende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lev">
    <w:name w:val="Strong"/>
    <w:basedOn w:val="Policepardfaut"/>
    <w:uiPriority w:val="22"/>
    <w:qFormat/>
    <w:rsid w:val="00FC693F"/>
    <w:rPr>
      <w:b/>
      <w:bCs/>
    </w:rPr>
  </w:style>
  <w:style w:type="character" w:styleId="Accentuation">
    <w:name w:val="Emphasis"/>
    <w:basedOn w:val="Policepardfaut"/>
    <w:uiPriority w:val="20"/>
    <w:qFormat/>
    <w:rsid w:val="00FC693F"/>
    <w:rPr>
      <w:i/>
      <w:iCs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FC693F"/>
    <w:rPr>
      <w:b/>
      <w:bCs/>
      <w:i/>
      <w:iCs/>
      <w:color w:val="4F81BD" w:themeColor="accent1"/>
    </w:rPr>
  </w:style>
  <w:style w:type="character" w:styleId="Accentuationlgre">
    <w:name w:val="Subtle Emphasis"/>
    <w:basedOn w:val="Policepardfaut"/>
    <w:uiPriority w:val="19"/>
    <w:qFormat/>
    <w:rsid w:val="00FC693F"/>
    <w:rPr>
      <w:i/>
      <w:iCs/>
      <w:color w:val="808080" w:themeColor="text1" w:themeTint="7F"/>
    </w:rPr>
  </w:style>
  <w:style w:type="character" w:styleId="Accentuationintense">
    <w:name w:val="Intense Emphasis"/>
    <w:basedOn w:val="Policepardfaut"/>
    <w:uiPriority w:val="21"/>
    <w:qFormat/>
    <w:rsid w:val="00FC693F"/>
    <w:rPr>
      <w:b/>
      <w:bCs/>
      <w:i/>
      <w:iCs/>
      <w:color w:val="4F81BD" w:themeColor="accent1"/>
    </w:rPr>
  </w:style>
  <w:style w:type="character" w:styleId="Rfrencelgre">
    <w:name w:val="Subtle Reference"/>
    <w:basedOn w:val="Policepardfaut"/>
    <w:uiPriority w:val="31"/>
    <w:qFormat/>
    <w:rsid w:val="00FC693F"/>
    <w:rPr>
      <w:smallCaps/>
      <w:color w:val="C0504D" w:themeColor="accent2"/>
      <w:u w:val="single"/>
    </w:rPr>
  </w:style>
  <w:style w:type="character" w:styleId="Rfrenceintense">
    <w:name w:val="Intense Reference"/>
    <w:basedOn w:val="Policepardfau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itredulivre">
    <w:name w:val="Book Title"/>
    <w:basedOn w:val="Policepardfaut"/>
    <w:uiPriority w:val="33"/>
    <w:qFormat/>
    <w:rsid w:val="00FC693F"/>
    <w:rPr>
      <w:b/>
      <w:bCs/>
      <w:smallCaps/>
      <w:spacing w:val="5"/>
    </w:rPr>
  </w:style>
  <w:style w:type="paragraph" w:styleId="En-ttedetabledesmatires">
    <w:name w:val="TOC Heading"/>
    <w:basedOn w:val="Titre1"/>
    <w:next w:val="Normal"/>
    <w:uiPriority w:val="39"/>
    <w:semiHidden/>
    <w:unhideWhenUsed/>
    <w:qFormat/>
    <w:rsid w:val="00FC693F"/>
    <w:pPr>
      <w:outlineLvl w:val="9"/>
    </w:pPr>
  </w:style>
  <w:style w:type="table" w:styleId="Grilledutableau">
    <w:name w:val="Table Grid"/>
    <w:basedOn w:val="Tableau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Ombrageclair">
    <w:name w:val="Light Shading"/>
    <w:basedOn w:val="Tableau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Trameclaire-Accent1">
    <w:name w:val="Light Shading Accent 1"/>
    <w:basedOn w:val="Tableau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Trameclaire-Accent2">
    <w:name w:val="Light Shading Accent 2"/>
    <w:basedOn w:val="Tableau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Trameclaire-Accent3">
    <w:name w:val="Light Shading Accent 3"/>
    <w:basedOn w:val="Tableau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Trameclaire-Accent4">
    <w:name w:val="Light Shading Accent 4"/>
    <w:basedOn w:val="Tableau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Trameclaire-Accent5">
    <w:name w:val="Light Shading Accent 5"/>
    <w:basedOn w:val="Tableau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Trameclaire-Accent6">
    <w:name w:val="Light Shading Accent 6"/>
    <w:basedOn w:val="Tableau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steclaire">
    <w:name w:val="Light List"/>
    <w:basedOn w:val="Tableau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steclaire-Accent1">
    <w:name w:val="Light List Accent 1"/>
    <w:basedOn w:val="Tableau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steclaire-Accent2">
    <w:name w:val="Light List Accent 2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steclaire-Accent3">
    <w:name w:val="Light List Accent 3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steclaire-Accent4">
    <w:name w:val="Light List Accent 4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steclaire-Accent5">
    <w:name w:val="Light List Accent 5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steclaire-Accent6">
    <w:name w:val="Light List Accent 6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Grilleclaire">
    <w:name w:val="Light Grid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Grilleclaire-Accent1">
    <w:name w:val="Light Grid Accent 1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Grilleclaire-Accent2">
    <w:name w:val="Light Grid Accent 2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Grilleclaire-Accent3">
    <w:name w:val="Light Grid Accent 3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Grilleclaire-Accent4">
    <w:name w:val="Light Grid Accent 4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Grilleclaire-Accent5">
    <w:name w:val="Light Grid Accent 5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Grilleclaire-Accent6">
    <w:name w:val="Light Grid Accent 6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Tramemoyenne1">
    <w:name w:val="Medium Shading 1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1">
    <w:name w:val="Medium Shading 1 Accent 1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2">
    <w:name w:val="Medium Shading 1 Accent 2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3">
    <w:name w:val="Medium Shading 1 Accent 3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4">
    <w:name w:val="Medium Shading 1 Accent 4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5">
    <w:name w:val="Medium Shading 1 Accent 5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6">
    <w:name w:val="Medium Shading 1 Accent 6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2">
    <w:name w:val="Medium Shading 2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1">
    <w:name w:val="Medium Shading 2 Accent 1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2">
    <w:name w:val="Medium Shading 2 Accent 2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3">
    <w:name w:val="Medium Shading 2 Accent 3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4">
    <w:name w:val="Medium Shading 2 Accent 4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5">
    <w:name w:val="Medium Shading 2 Accent 5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6">
    <w:name w:val="Medium Shading 2 Accent 6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Listemoyenne1">
    <w:name w:val="Medium List 1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Listemoyenne1-Accent1">
    <w:name w:val="Medium List 1 Accent 1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Listemoyenne1-Accent2">
    <w:name w:val="Medium List 1 Accent 2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Listemoyenne1-Accent3">
    <w:name w:val="Medium List 1 Accent 3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Listemoyenne1-Accent4">
    <w:name w:val="Medium List 1 Accent 4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Listemoyenne1-Accent5">
    <w:name w:val="Medium List 1 Accent 5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Listemoyenne1-Accent6">
    <w:name w:val="Medium List 1 Accent 6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Listemoyenne2">
    <w:name w:val="Medium List 2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1">
    <w:name w:val="Medium List 2 Accent 1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2">
    <w:name w:val="Medium List 2 Accent 2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3">
    <w:name w:val="Medium List 2 Accent 3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4">
    <w:name w:val="Medium List 2 Accent 4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5">
    <w:name w:val="Medium List 2 Accent 5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6">
    <w:name w:val="Medium List 2 Accent 6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Grillemoyenne1">
    <w:name w:val="Medium Grid 1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Grillemoyenne1-Accent1">
    <w:name w:val="Medium Grid 1 Accent 1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Grillemoyenne1-Accent2">
    <w:name w:val="Medium Grid 1 Accent 2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Grillemoyenne1-Accent3">
    <w:name w:val="Medium Grid 1 Accent 3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Grillemoyenne1-Accent4">
    <w:name w:val="Medium Grid 1 Accent 4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Grillemoyenne1-Accent5">
    <w:name w:val="Medium Grid 1 Accent 5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Grillemoyenne1-Accent6">
    <w:name w:val="Medium Grid 1 Accent 6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Grillemoyenne2">
    <w:name w:val="Medium Grid 2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1">
    <w:name w:val="Medium Grid 2 Accent 1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2">
    <w:name w:val="Medium Grid 2 Accent 2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3">
    <w:name w:val="Medium Grid 2 Accent 3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4">
    <w:name w:val="Medium Grid 2 Accent 4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5">
    <w:name w:val="Medium Grid 2 Accent 5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6">
    <w:name w:val="Medium Grid 2 Accent 6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3">
    <w:name w:val="Medium Grid 3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Grillemoyenne3-Accent1">
    <w:name w:val="Medium Grid 3 Accent 1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Grillemoyenne3-Accent2">
    <w:name w:val="Medium Grid 3 Accent 2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Grillemoyenne3-Accent3">
    <w:name w:val="Medium Grid 3 Accent 3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Grillemoyenne3-Accent4">
    <w:name w:val="Medium Grid 3 Accent 4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Grillemoyenne3-Accent5">
    <w:name w:val="Medium Grid 3 Accent 5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Grillemoyenne3-Accent6">
    <w:name w:val="Medium Grid 3 Accent 6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Listefonce">
    <w:name w:val="Dark List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Listefonce-Accent1">
    <w:name w:val="Dark List Accent 1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Listefonce-Accent2">
    <w:name w:val="Dark List Accent 2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Listefonce-Accent3">
    <w:name w:val="Dark List Accent 3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Listefonce-Accent4">
    <w:name w:val="Dark List Accent 4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Listefonce-Accent5">
    <w:name w:val="Dark List Accent 5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Listefonce-Accent6">
    <w:name w:val="Dark List Accent 6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Tramecouleur">
    <w:name w:val="Colorful Shading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1">
    <w:name w:val="Colorful Shading Accent 1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2">
    <w:name w:val="Colorful Shading Accent 2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3">
    <w:name w:val="Colorful Shading Accent 3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Tramecouleur-Accent4">
    <w:name w:val="Colorful Shading Accent 4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5">
    <w:name w:val="Colorful Shading Accent 5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6">
    <w:name w:val="Colorful Shading Accent 6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Listecouleur">
    <w:name w:val="Colorful List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ecouleur-Accent1">
    <w:name w:val="Colorful List Accent 1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Listecouleur-Accent2">
    <w:name w:val="Colorful List Accent 2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Listecouleur-Accent3">
    <w:name w:val="Colorful List Accent 3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Listecouleur-Accent4">
    <w:name w:val="Colorful List Accent 4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Listecouleur-Accent5">
    <w:name w:val="Colorful List Accent 5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Listecouleur-Accent6">
    <w:name w:val="Colorful List Accent 6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Grillecouleur">
    <w:name w:val="Colorful Grid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Grillecouleur-Accent1">
    <w:name w:val="Colorful Grid Accent 1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Grillecouleur-Accent2">
    <w:name w:val="Colorful Grid Accent 2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Grillecouleur-Accent3">
    <w:name w:val="Colorful Grid Accent 3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Grillecouleur-Accent4">
    <w:name w:val="Colorful Grid Accent 4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Grillecouleur-Accent5">
    <w:name w:val="Colorful Grid Accent 5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Grillecouleur-Accent6">
    <w:name w:val="Colorful Grid Accent 6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character" w:styleId="Lienhypertexte">
    <w:name w:val="Hyperlink"/>
    <w:basedOn w:val="Policepardfaut"/>
    <w:uiPriority w:val="99"/>
    <w:unhideWhenUsed/>
    <w:rsid w:val="00073505"/>
    <w:rPr>
      <w:color w:val="0000FF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073505"/>
    <w:rPr>
      <w:color w:val="605E5C"/>
      <w:shd w:val="clear" w:color="auto" w:fill="E1DFDD"/>
    </w:rPr>
  </w:style>
  <w:style w:type="character" w:styleId="Lienhypertextesuivivisit">
    <w:name w:val="FollowedHyperlink"/>
    <w:basedOn w:val="Policepardfaut"/>
    <w:uiPriority w:val="99"/>
    <w:semiHidden/>
    <w:unhideWhenUsed/>
    <w:rsid w:val="00073505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://www.fodane.org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170</Words>
  <Characters>941</Characters>
  <Application>Microsoft Office Word</Application>
  <DocSecurity>0</DocSecurity>
  <Lines>7</Lines>
  <Paragraphs>2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1109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QHSE official</cp:lastModifiedBy>
  <cp:revision>3</cp:revision>
  <dcterms:created xsi:type="dcterms:W3CDTF">2026-03-24T16:04:00Z</dcterms:created>
  <dcterms:modified xsi:type="dcterms:W3CDTF">2026-03-24T16:05:00Z</dcterms:modified>
  <cp:category/>
</cp:coreProperties>
</file>